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496"/>
        <w:tblW w:w="9450" w:type="dxa"/>
        <w:tblLook w:val="0000" w:firstRow="0" w:lastRow="0" w:firstColumn="0" w:lastColumn="0" w:noHBand="0" w:noVBand="0"/>
      </w:tblPr>
      <w:tblGrid>
        <w:gridCol w:w="7119"/>
        <w:gridCol w:w="321"/>
        <w:gridCol w:w="304"/>
        <w:gridCol w:w="304"/>
        <w:gridCol w:w="304"/>
        <w:gridCol w:w="308"/>
        <w:gridCol w:w="790"/>
      </w:tblGrid>
      <w:tr w:rsidR="0020452A" w:rsidRPr="0020452A" w14:paraId="2B8ADA0E" w14:textId="77777777" w:rsidTr="0020452A">
        <w:trPr>
          <w:trHeight w:val="247"/>
        </w:trPr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F22D72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NOMBRE DEL ALUMNO: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639DD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2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6D01E" w14:textId="77777777" w:rsidR="0020452A" w:rsidRPr="0020452A" w:rsidRDefault="0020452A" w:rsidP="0020452A">
            <w:pPr>
              <w:spacing w:after="0" w:line="240" w:lineRule="auto"/>
              <w:jc w:val="center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  <w:t xml:space="preserve">CRITERIOS </w:t>
            </w:r>
          </w:p>
        </w:tc>
      </w:tr>
      <w:tr w:rsidR="0020452A" w:rsidRPr="0020452A" w14:paraId="6F0AFE50" w14:textId="77777777" w:rsidTr="0020452A">
        <w:trPr>
          <w:trHeight w:val="212"/>
        </w:trPr>
        <w:tc>
          <w:tcPr>
            <w:tcW w:w="7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DC05AF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CARRERA: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2BFB2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1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1078C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Nunca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B77AD" w14:textId="77777777" w:rsidR="0020452A" w:rsidRPr="0020452A" w:rsidRDefault="0020452A" w:rsidP="0020452A">
            <w:pPr>
              <w:spacing w:after="0" w:line="240" w:lineRule="auto"/>
              <w:jc w:val="center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1</w:t>
            </w:r>
          </w:p>
        </w:tc>
      </w:tr>
      <w:tr w:rsidR="0020452A" w:rsidRPr="0020452A" w14:paraId="5EBC525B" w14:textId="77777777" w:rsidTr="0020452A">
        <w:trPr>
          <w:trHeight w:val="265"/>
        </w:trPr>
        <w:tc>
          <w:tcPr>
            <w:tcW w:w="7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CB346F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NOMBRE DE LA EMPRESA: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7330E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1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E8AC9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 xml:space="preserve">Pocas Veces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F0DAD" w14:textId="77777777" w:rsidR="0020452A" w:rsidRPr="0020452A" w:rsidRDefault="0020452A" w:rsidP="0020452A">
            <w:pPr>
              <w:spacing w:after="0" w:line="240" w:lineRule="auto"/>
              <w:jc w:val="center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2</w:t>
            </w:r>
          </w:p>
        </w:tc>
      </w:tr>
      <w:tr w:rsidR="0020452A" w:rsidRPr="0020452A" w14:paraId="5F9A2C6A" w14:textId="77777777" w:rsidTr="0020452A">
        <w:trPr>
          <w:trHeight w:val="265"/>
        </w:trPr>
        <w:tc>
          <w:tcPr>
            <w:tcW w:w="7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B042D9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ASESOR TÉCNICO/A EN LA EMPRESA: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17E35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1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3AF5E" w14:textId="77777777" w:rsidR="0020452A" w:rsidRPr="0020452A" w:rsidRDefault="0020452A" w:rsidP="0020452A">
            <w:pPr>
              <w:spacing w:after="0" w:line="240" w:lineRule="auto"/>
              <w:jc w:val="both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Algunas Veces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B6337" w14:textId="77777777" w:rsidR="0020452A" w:rsidRPr="0020452A" w:rsidRDefault="0020452A" w:rsidP="0020452A">
            <w:pPr>
              <w:spacing w:after="0" w:line="240" w:lineRule="auto"/>
              <w:jc w:val="center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3</w:t>
            </w:r>
          </w:p>
        </w:tc>
      </w:tr>
      <w:tr w:rsidR="0020452A" w:rsidRPr="0020452A" w14:paraId="29A7B013" w14:textId="77777777" w:rsidTr="0020452A">
        <w:trPr>
          <w:trHeight w:val="265"/>
        </w:trPr>
        <w:tc>
          <w:tcPr>
            <w:tcW w:w="7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A6CD07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PUESTO: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45C4F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1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62994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Muchas Veces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5D560" w14:textId="77777777" w:rsidR="0020452A" w:rsidRPr="0020452A" w:rsidRDefault="0020452A" w:rsidP="0020452A">
            <w:pPr>
              <w:spacing w:after="0" w:line="240" w:lineRule="auto"/>
              <w:jc w:val="center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4</w:t>
            </w:r>
          </w:p>
        </w:tc>
      </w:tr>
      <w:tr w:rsidR="0020452A" w:rsidRPr="0020452A" w14:paraId="789B637F" w14:textId="77777777" w:rsidTr="0020452A">
        <w:trPr>
          <w:trHeight w:val="265"/>
        </w:trPr>
        <w:tc>
          <w:tcPr>
            <w:tcW w:w="7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1A8778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TELÉFONO (CLAVE):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BD3C6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1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809DA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Siempre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ECF82" w14:textId="77777777" w:rsidR="0020452A" w:rsidRPr="0020452A" w:rsidRDefault="0020452A" w:rsidP="0020452A">
            <w:pPr>
              <w:spacing w:after="0" w:line="240" w:lineRule="auto"/>
              <w:jc w:val="center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5</w:t>
            </w:r>
          </w:p>
        </w:tc>
      </w:tr>
      <w:tr w:rsidR="0020452A" w:rsidRPr="0020452A" w14:paraId="33B01C4E" w14:textId="77777777" w:rsidTr="0020452A">
        <w:trPr>
          <w:trHeight w:val="265"/>
        </w:trPr>
        <w:tc>
          <w:tcPr>
            <w:tcW w:w="7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4504F5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CORREO ELECTRÓNICO: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C14B9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408CC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2633D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5C890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C3F5C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7A0CA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</w:tr>
      <w:tr w:rsidR="0020452A" w:rsidRPr="0020452A" w14:paraId="2DF1517C" w14:textId="77777777" w:rsidTr="0020452A">
        <w:trPr>
          <w:trHeight w:val="265"/>
        </w:trPr>
        <w:tc>
          <w:tcPr>
            <w:tcW w:w="7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3ABBA6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 xml:space="preserve">ACTIVIDAD FUNDAMENTAL DE LA EMPRESA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D8495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40139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FD149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C8E5F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EBCD6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F2DEB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</w:tr>
      <w:tr w:rsidR="0020452A" w:rsidRPr="0020452A" w14:paraId="1381E71B" w14:textId="77777777" w:rsidTr="0020452A">
        <w:trPr>
          <w:trHeight w:val="63"/>
        </w:trPr>
        <w:tc>
          <w:tcPr>
            <w:tcW w:w="7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CFD5F8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</w:pPr>
            <w:r w:rsidRPr="0020452A">
              <w:rPr>
                <w:rFonts w:ascii="Aptos" w:eastAsia="Aptos" w:hAnsi="Aptos" w:cs="Times New Roman"/>
                <w:color w:val="000000"/>
                <w:kern w:val="2"/>
                <w:sz w:val="16"/>
                <w:szCs w:val="24"/>
                <w:lang w:val="es-ES_tradnl"/>
                <w14:ligatures w14:val="standardContextual"/>
              </w:rPr>
              <w:t>TUTOR/A UPLC: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04F5A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11BBE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21F04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CB1DF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0948C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FA537" w14:textId="77777777" w:rsidR="0020452A" w:rsidRPr="0020452A" w:rsidRDefault="0020452A" w:rsidP="0020452A">
            <w:pPr>
              <w:spacing w:after="0" w:line="240" w:lineRule="auto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</w:tr>
    </w:tbl>
    <w:p w14:paraId="2717E5C3" w14:textId="7AF7533C" w:rsidR="006F524C" w:rsidRPr="0020452A" w:rsidRDefault="0020452A" w:rsidP="0020452A">
      <w:pPr>
        <w:spacing w:line="360" w:lineRule="auto"/>
        <w:jc w:val="center"/>
        <w:rPr>
          <w:rFonts w:ascii="Century Gothic" w:hAnsi="Century Gothic" w:cs="Arial"/>
        </w:rPr>
      </w:pPr>
      <w:proofErr w:type="spellStart"/>
      <w:r w:rsidRPr="00813045">
        <w:rPr>
          <w:rFonts w:ascii="Century Gothic" w:hAnsi="Century Gothic" w:cs="Arial"/>
          <w:b/>
        </w:rPr>
        <w:t>Evalución</w:t>
      </w:r>
      <w:proofErr w:type="spellEnd"/>
      <w:r w:rsidRPr="00813045">
        <w:rPr>
          <w:rFonts w:ascii="Century Gothic" w:hAnsi="Century Gothic" w:cs="Arial"/>
          <w:b/>
        </w:rPr>
        <w:t xml:space="preserve"> Final de Estancias </w:t>
      </w:r>
      <w:proofErr w:type="spellStart"/>
      <w:r w:rsidRPr="00813045">
        <w:rPr>
          <w:rFonts w:ascii="Century Gothic" w:hAnsi="Century Gothic" w:cs="Arial"/>
          <w:b/>
        </w:rPr>
        <w:t>por</w:t>
      </w:r>
      <w:proofErr w:type="spellEnd"/>
      <w:r w:rsidRPr="00813045">
        <w:rPr>
          <w:rFonts w:ascii="Century Gothic" w:hAnsi="Century Gothic" w:cs="Arial"/>
          <w:b/>
        </w:rPr>
        <w:t xml:space="preserve"> la </w:t>
      </w:r>
      <w:proofErr w:type="spellStart"/>
      <w:r w:rsidRPr="00813045">
        <w:rPr>
          <w:rFonts w:ascii="Century Gothic" w:hAnsi="Century Gothic" w:cs="Arial"/>
          <w:b/>
        </w:rPr>
        <w:t>empres</w:t>
      </w:r>
      <w:r>
        <w:rPr>
          <w:rFonts w:ascii="Century Gothic" w:hAnsi="Century Gothic" w:cs="Arial"/>
          <w:b/>
        </w:rPr>
        <w:t>a</w:t>
      </w:r>
      <w:proofErr w:type="spellEnd"/>
    </w:p>
    <w:tbl>
      <w:tblPr>
        <w:tblpPr w:leftFromText="180" w:rightFromText="180" w:vertAnchor="page" w:horzAnchor="margin" w:tblpXSpec="center" w:tblpY="5041"/>
        <w:tblW w:w="9400" w:type="dxa"/>
        <w:tblLook w:val="0000" w:firstRow="0" w:lastRow="0" w:firstColumn="0" w:lastColumn="0" w:noHBand="0" w:noVBand="0"/>
      </w:tblPr>
      <w:tblGrid>
        <w:gridCol w:w="560"/>
        <w:gridCol w:w="2842"/>
        <w:gridCol w:w="943"/>
        <w:gridCol w:w="1351"/>
        <w:gridCol w:w="1704"/>
        <w:gridCol w:w="400"/>
        <w:gridCol w:w="400"/>
        <w:gridCol w:w="400"/>
        <w:gridCol w:w="400"/>
        <w:gridCol w:w="400"/>
      </w:tblGrid>
      <w:tr w:rsidR="0020452A" w:rsidRPr="00E06E72" w14:paraId="7B08EE21" w14:textId="77777777" w:rsidTr="0020452A">
        <w:trPr>
          <w:trHeight w:val="28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0EFBB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9AEA6" w14:textId="77777777" w:rsidR="0020452A" w:rsidRPr="00C67D10" w:rsidRDefault="0020452A" w:rsidP="0020452A">
            <w:pPr>
              <w:rPr>
                <w:b/>
                <w:bCs/>
                <w:color w:val="000000"/>
                <w:sz w:val="16"/>
                <w:lang w:val="es-ES_tradnl"/>
              </w:rPr>
            </w:pPr>
            <w:r w:rsidRPr="00C67D10">
              <w:rPr>
                <w:b/>
                <w:bCs/>
                <w:color w:val="000000"/>
                <w:sz w:val="16"/>
                <w:lang w:val="es-ES_tradnl"/>
              </w:rPr>
              <w:t xml:space="preserve">ACTITUD DEL ESTUDIANTE 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E0EB8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7586C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80E30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510F1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7CEA9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FEC74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F0DC8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0A439" w14:textId="77777777" w:rsidR="0020452A" w:rsidRPr="00E06E72" w:rsidRDefault="0020452A" w:rsidP="0020452A">
            <w:pPr>
              <w:jc w:val="center"/>
              <w:rPr>
                <w:color w:val="000000"/>
                <w:lang w:val="es-ES_tradnl"/>
              </w:rPr>
            </w:pPr>
          </w:p>
        </w:tc>
      </w:tr>
      <w:tr w:rsidR="0020452A" w:rsidRPr="00E06E72" w14:paraId="7DB52EB9" w14:textId="77777777" w:rsidTr="0020452A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45682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79011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 xml:space="preserve">Mostró Responsabilidad en las actividades Asignadas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ECA05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90697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EDAD3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D8FD1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3237C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7ED07967" w14:textId="77777777" w:rsidTr="0020452A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E77F4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C9226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Fue Puntual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F92B9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C91A9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CBAB1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2D7EA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20E04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49984680" w14:textId="77777777" w:rsidTr="0020452A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E6F56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20716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Mostró disciplina durante su estancia en la organización.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6D6D2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C0BA2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71B6B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3C259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38814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37A462C1" w14:textId="77777777" w:rsidTr="0020452A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712B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36234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Se integró en la organización de forma efectiva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B27CE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2C52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34A28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0AF36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E5374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288F932F" w14:textId="77777777" w:rsidTr="0020452A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D693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B5546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 xml:space="preserve">Contribuyó a realizar mejoras en la organización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351E5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99483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22A8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5624C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D13A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5399315E" w14:textId="77777777" w:rsidTr="0020452A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E4852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6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927E3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Demuestra seguridad en las actividades encomendadas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C0EDA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27D70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30D06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78920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48AAE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440E69D2" w14:textId="77777777" w:rsidTr="0020452A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7BC3D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7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D48E0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Su higiene personal fue Adecuada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1959C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57283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6FA8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71A3D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66B47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3A72CD00" w14:textId="77777777" w:rsidTr="0020452A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E6DC2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8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5AED3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Demostró tener un compromiso con la organización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0BE87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A0DD9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1F847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E8958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7CEBC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33241A04" w14:textId="77777777" w:rsidTr="0020452A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F5682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9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6AD70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Encuentra en el perfil de estudiantes factores de Competitividad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89753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22BE3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A6A0C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32C3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53738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158A09C4" w14:textId="77777777" w:rsidTr="0020452A">
        <w:trPr>
          <w:trHeight w:val="28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6C78D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21343" w14:textId="77777777" w:rsidR="0020452A" w:rsidRPr="00C67D10" w:rsidRDefault="0020452A" w:rsidP="0020452A">
            <w:pPr>
              <w:rPr>
                <w:b/>
                <w:bCs/>
                <w:color w:val="000000"/>
                <w:sz w:val="16"/>
                <w:lang w:val="es-ES_tradnl"/>
              </w:rPr>
            </w:pPr>
            <w:r w:rsidRPr="00C67D10">
              <w:rPr>
                <w:b/>
                <w:bCs/>
                <w:color w:val="000000"/>
                <w:sz w:val="16"/>
                <w:lang w:val="es-ES_tradnl"/>
              </w:rPr>
              <w:t>DESARROLLO DE ACTIVIDADES: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9BD2B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AED91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8B06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8D95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55F53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6D6F5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14CB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</w:p>
        </w:tc>
      </w:tr>
      <w:tr w:rsidR="0020452A" w:rsidRPr="00E06E72" w14:paraId="56E22F21" w14:textId="77777777" w:rsidTr="0020452A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55787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10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BC024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Emplea diversas Metodologías en la ejecución de sus actividades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706B5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94199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3704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96348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28EE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4514D2A5" w14:textId="77777777" w:rsidTr="0020452A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6E9B1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11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009EF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>
              <w:rPr>
                <w:color w:val="000000"/>
                <w:sz w:val="16"/>
                <w:lang w:val="es-ES_tradnl"/>
              </w:rPr>
              <w:t>Se enfoca e</w:t>
            </w:r>
            <w:r w:rsidRPr="00623063">
              <w:rPr>
                <w:color w:val="000000"/>
                <w:sz w:val="16"/>
                <w:lang w:val="es-ES_tradnl"/>
              </w:rPr>
              <w:t xml:space="preserve">n el desarrollo de sus actividades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9FF7A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AA324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18247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FD4B5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FE158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202A288A" w14:textId="77777777" w:rsidTr="0020452A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1F070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12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D320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Organiza su material de trabajo oportunamente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D55A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CD2F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751DB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C3ADE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B1750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688D06FD" w14:textId="77777777" w:rsidTr="0020452A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1F839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13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C5E21" w14:textId="77777777" w:rsidR="0020452A" w:rsidRPr="00623063" w:rsidRDefault="0020452A" w:rsidP="0020452A">
            <w:pPr>
              <w:rPr>
                <w:color w:val="000000"/>
                <w:sz w:val="16"/>
                <w:szCs w:val="18"/>
                <w:lang w:val="es-ES_tradnl"/>
              </w:rPr>
            </w:pPr>
            <w:r w:rsidRPr="00623063">
              <w:rPr>
                <w:color w:val="000000"/>
                <w:sz w:val="16"/>
                <w:szCs w:val="18"/>
                <w:lang w:val="es-ES_tradnl"/>
              </w:rPr>
              <w:t>Distribuye su tiempo para asegurar que sus actividades se desarrollen oportunamente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3CD0A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DC32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5D803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CC155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1B657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016D4A2A" w14:textId="77777777" w:rsidTr="0020452A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1FA85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14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4754B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Aplica conocimientos teórico-prácticos en el desarrollo de sus actividades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481D6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9C13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15AA0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E57C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B7612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3969830D" w14:textId="77777777" w:rsidTr="0020452A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2D485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15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FD30D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Aporta ideas para la toma de decisiones en la solución de problemas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06BC6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33A6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5944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76854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A18E2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65381908" w14:textId="77777777" w:rsidTr="0020452A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55840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16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75083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El perfil del estudiante responde a las necesidades de su Organización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89372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D5ECC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A7E9E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84A51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7D3D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728D34E7" w14:textId="77777777" w:rsidTr="0020452A">
        <w:trPr>
          <w:trHeight w:val="28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52E09" w14:textId="77777777" w:rsidR="0020452A" w:rsidRPr="00FE6E1E" w:rsidRDefault="0020452A" w:rsidP="0020452A">
            <w:pPr>
              <w:rPr>
                <w:color w:val="000000"/>
                <w:sz w:val="16"/>
                <w:lang w:val="es-ES_tradnl"/>
              </w:rPr>
            </w:pPr>
          </w:p>
        </w:tc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3D8DA" w14:textId="77777777" w:rsidR="0020452A" w:rsidRPr="00C67D10" w:rsidRDefault="0020452A" w:rsidP="0020452A">
            <w:pPr>
              <w:rPr>
                <w:b/>
                <w:bCs/>
                <w:color w:val="000000"/>
                <w:sz w:val="16"/>
                <w:lang w:val="es-ES_tradnl"/>
              </w:rPr>
            </w:pPr>
            <w:r w:rsidRPr="00C67D10">
              <w:rPr>
                <w:b/>
                <w:bCs/>
                <w:color w:val="000000"/>
                <w:sz w:val="16"/>
                <w:lang w:val="es-ES_tradnl"/>
              </w:rPr>
              <w:t>EVALUACI</w:t>
            </w:r>
            <w:r>
              <w:rPr>
                <w:b/>
                <w:bCs/>
                <w:color w:val="000000"/>
                <w:sz w:val="16"/>
                <w:lang w:val="es-ES_tradnl"/>
              </w:rPr>
              <w:t>Ó</w:t>
            </w:r>
            <w:r w:rsidRPr="00C67D10">
              <w:rPr>
                <w:b/>
                <w:bCs/>
                <w:color w:val="000000"/>
                <w:sz w:val="16"/>
                <w:lang w:val="es-ES_tradnl"/>
              </w:rPr>
              <w:t>N DE ACTIVIDADES: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2E4E8" w14:textId="77777777" w:rsidR="0020452A" w:rsidRPr="00E06E72" w:rsidRDefault="0020452A" w:rsidP="0020452A">
            <w:pPr>
              <w:rPr>
                <w:color w:val="000000"/>
                <w:lang w:val="es-ES_tradn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47D96" w14:textId="77777777" w:rsidR="0020452A" w:rsidRPr="00E06E72" w:rsidRDefault="0020452A" w:rsidP="0020452A">
            <w:pPr>
              <w:rPr>
                <w:color w:val="000000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2AD25" w14:textId="77777777" w:rsidR="0020452A" w:rsidRPr="00E06E72" w:rsidRDefault="0020452A" w:rsidP="0020452A">
            <w:pPr>
              <w:jc w:val="center"/>
              <w:rPr>
                <w:color w:val="000000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9537C" w14:textId="77777777" w:rsidR="0020452A" w:rsidRPr="00E06E72" w:rsidRDefault="0020452A" w:rsidP="0020452A">
            <w:pPr>
              <w:jc w:val="center"/>
              <w:rPr>
                <w:color w:val="000000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49D3C" w14:textId="77777777" w:rsidR="0020452A" w:rsidRPr="00E06E72" w:rsidRDefault="0020452A" w:rsidP="0020452A">
            <w:pPr>
              <w:jc w:val="center"/>
              <w:rPr>
                <w:color w:val="000000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0AA77" w14:textId="77777777" w:rsidR="0020452A" w:rsidRPr="00E06E72" w:rsidRDefault="0020452A" w:rsidP="0020452A">
            <w:pPr>
              <w:jc w:val="center"/>
              <w:rPr>
                <w:color w:val="000000"/>
                <w:lang w:val="es-ES_tradn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85C65" w14:textId="77777777" w:rsidR="0020452A" w:rsidRPr="00E06E72" w:rsidRDefault="0020452A" w:rsidP="0020452A">
            <w:pPr>
              <w:jc w:val="center"/>
              <w:rPr>
                <w:color w:val="000000"/>
                <w:lang w:val="es-ES_tradnl"/>
              </w:rPr>
            </w:pPr>
          </w:p>
        </w:tc>
      </w:tr>
      <w:tr w:rsidR="0020452A" w:rsidRPr="00E06E72" w14:paraId="01856748" w14:textId="77777777" w:rsidTr="0020452A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3742F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10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D0911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Realizó las actividades encomendadas correctamente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18A6C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82262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BD893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06A7A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19387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5B737A0F" w14:textId="77777777" w:rsidTr="0020452A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7E256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11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2EB63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Cubrió satisfactoriamente su programa de trabajo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D1ACB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9B1E5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A50FD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1FFF4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53232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  <w:tr w:rsidR="0020452A" w:rsidRPr="00E06E72" w14:paraId="6AA87B63" w14:textId="77777777" w:rsidTr="0020452A">
        <w:trPr>
          <w:trHeight w:val="2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E7FBE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lastRenderedPageBreak/>
              <w:t>12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78440" w14:textId="77777777" w:rsidR="0020452A" w:rsidRPr="00623063" w:rsidRDefault="0020452A" w:rsidP="0020452A">
            <w:pPr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Mantuvo una actitud de orden y laboriosidad en el desarrollo de las actividades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95834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98B45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0C1BC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54A2C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B6403" w14:textId="77777777" w:rsidR="0020452A" w:rsidRPr="00623063" w:rsidRDefault="0020452A" w:rsidP="0020452A">
            <w:pPr>
              <w:jc w:val="center"/>
              <w:rPr>
                <w:color w:val="000000"/>
                <w:sz w:val="16"/>
                <w:lang w:val="es-ES_tradnl"/>
              </w:rPr>
            </w:pPr>
            <w:r w:rsidRPr="00623063">
              <w:rPr>
                <w:color w:val="000000"/>
                <w:sz w:val="16"/>
                <w:lang w:val="es-ES_tradnl"/>
              </w:rPr>
              <w:t>5</w:t>
            </w:r>
          </w:p>
        </w:tc>
      </w:tr>
    </w:tbl>
    <w:p w14:paraId="67656D99" w14:textId="58FAD423" w:rsidR="006F524C" w:rsidRDefault="006F524C" w:rsidP="006109CB">
      <w:pPr>
        <w:rPr>
          <w:i/>
          <w:iCs/>
        </w:rPr>
      </w:pPr>
    </w:p>
    <w:p w14:paraId="2DCF9239" w14:textId="77777777" w:rsidR="006F524C" w:rsidRDefault="006F524C" w:rsidP="006109CB">
      <w:pPr>
        <w:rPr>
          <w:i/>
          <w:iCs/>
        </w:rPr>
      </w:pPr>
    </w:p>
    <w:p w14:paraId="3EF696E9" w14:textId="77777777" w:rsidR="006F524C" w:rsidRDefault="006F524C" w:rsidP="006109CB">
      <w:pPr>
        <w:rPr>
          <w:i/>
          <w:iCs/>
        </w:rPr>
      </w:pPr>
    </w:p>
    <w:p w14:paraId="7602E236" w14:textId="3A6F6BBC" w:rsidR="006F524C" w:rsidRDefault="00CA24A3" w:rsidP="00CA24A3">
      <w:pPr>
        <w:tabs>
          <w:tab w:val="left" w:pos="5865"/>
        </w:tabs>
        <w:rPr>
          <w:i/>
          <w:iCs/>
        </w:rPr>
      </w:pPr>
      <w:r>
        <w:rPr>
          <w:i/>
          <w:iCs/>
        </w:rPr>
        <w:tab/>
      </w:r>
    </w:p>
    <w:p w14:paraId="794643A7" w14:textId="77777777" w:rsidR="006F524C" w:rsidRDefault="006F524C" w:rsidP="006109CB">
      <w:pPr>
        <w:rPr>
          <w:i/>
          <w:iCs/>
        </w:rPr>
      </w:pPr>
    </w:p>
    <w:p w14:paraId="3033B4F7" w14:textId="77777777" w:rsidR="006F524C" w:rsidRDefault="006F524C" w:rsidP="006109CB">
      <w:pPr>
        <w:rPr>
          <w:i/>
          <w:iCs/>
        </w:rPr>
      </w:pPr>
    </w:p>
    <w:p w14:paraId="33147504" w14:textId="77777777" w:rsidR="006F524C" w:rsidRDefault="006F524C" w:rsidP="006109CB">
      <w:pPr>
        <w:rPr>
          <w:i/>
          <w:iCs/>
        </w:rPr>
      </w:pPr>
    </w:p>
    <w:p w14:paraId="39404D23" w14:textId="7ED9AEEB" w:rsidR="006109CB" w:rsidRPr="006109CB" w:rsidRDefault="006109CB" w:rsidP="006109CB">
      <w:pPr>
        <w:tabs>
          <w:tab w:val="left" w:pos="2025"/>
        </w:tabs>
      </w:pPr>
    </w:p>
    <w:sectPr w:rsidR="006109CB" w:rsidRPr="006109CB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298E3" w14:textId="77777777" w:rsidR="00886359" w:rsidRDefault="00886359" w:rsidP="00D90C05">
      <w:pPr>
        <w:spacing w:after="0" w:line="240" w:lineRule="auto"/>
      </w:pPr>
      <w:r>
        <w:separator/>
      </w:r>
    </w:p>
  </w:endnote>
  <w:endnote w:type="continuationSeparator" w:id="0">
    <w:p w14:paraId="15ED9C00" w14:textId="77777777" w:rsidR="00886359" w:rsidRDefault="00886359" w:rsidP="00D90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1318" w14:textId="66736FD6" w:rsidR="0029476F" w:rsidRPr="0029476F" w:rsidRDefault="00D30241" w:rsidP="0029476F">
    <w:r>
      <w:rPr>
        <w:noProof/>
      </w:rPr>
      <w:drawing>
        <wp:anchor distT="0" distB="0" distL="114300" distR="114300" simplePos="0" relativeHeight="251667456" behindDoc="0" locked="0" layoutInCell="1" allowOverlap="1" wp14:anchorId="7596482B" wp14:editId="0A35BBC1">
          <wp:simplePos x="0" y="0"/>
          <wp:positionH relativeFrom="column">
            <wp:posOffset>-1143000</wp:posOffset>
          </wp:positionH>
          <wp:positionV relativeFrom="paragraph">
            <wp:posOffset>-252137</wp:posOffset>
          </wp:positionV>
          <wp:extent cx="6269990" cy="851588"/>
          <wp:effectExtent l="0" t="0" r="0" b="5715"/>
          <wp:wrapNone/>
          <wp:docPr id="1359746197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746197" name="Imagen 13597461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24728" cy="8590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72E3"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EC4AE5A" wp14:editId="115D6FFB">
              <wp:simplePos x="0" y="0"/>
              <wp:positionH relativeFrom="column">
                <wp:posOffset>1247140</wp:posOffset>
              </wp:positionH>
              <wp:positionV relativeFrom="paragraph">
                <wp:posOffset>-63195</wp:posOffset>
              </wp:positionV>
              <wp:extent cx="5271135" cy="429260"/>
              <wp:effectExtent l="0" t="0" r="0" b="0"/>
              <wp:wrapNone/>
              <wp:docPr id="214632268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1135" cy="429260"/>
                        <a:chOff x="0" y="0"/>
                        <a:chExt cx="5271262" cy="429311"/>
                      </a:xfrm>
                    </wpg:grpSpPr>
                    <pic:pic xmlns:pic="http://schemas.openxmlformats.org/drawingml/2006/picture">
                      <pic:nvPicPr>
                        <pic:cNvPr id="1132021722" name="Imagen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4118458" y="65837"/>
                          <a:ext cx="161925" cy="161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14821213" name="Imagen 10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0467"/>
                          <a:ext cx="131445" cy="180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98175251" name="Imagen 9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chemeClr val="accent1">
                              <a:tint val="45000"/>
                              <a:satMod val="400000"/>
                            </a:scheme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5">
                                  <a14:imgEffect>
                                    <a14:artisticPhotocopy/>
                                  </a14:imgEffect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84832" y="65837"/>
                          <a:ext cx="152400" cy="152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3242626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165299" y="14630"/>
                          <a:ext cx="8477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B676B" w14:textId="41D4BB1D" w:rsidR="00A55C4C" w:rsidRPr="00A55C4C" w:rsidRDefault="00A55C4C" w:rsidP="00A55C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55C4C">
                              <w:rPr>
                                <w:sz w:val="16"/>
                                <w:szCs w:val="16"/>
                              </w:rPr>
                              <w:t>753 130 6154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392183646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3167482" y="0"/>
                          <a:ext cx="8477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E82B6" w14:textId="2D4425AA" w:rsidR="00A55C4C" w:rsidRPr="00A55C4C" w:rsidRDefault="00A55C4C" w:rsidP="00A55C4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 w:rsidRPr="00A55C4C">
                              <w:rPr>
                                <w:sz w:val="16"/>
                                <w:szCs w:val="16"/>
                              </w:rPr>
                              <w:t>nformacion@uplc.edu.mx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374170201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4279392" y="14630"/>
                          <a:ext cx="99187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571D" w14:textId="1BA4F05C" w:rsidR="00A55C4C" w:rsidRPr="00A55C4C" w:rsidRDefault="00A55C4C" w:rsidP="00A55C4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A55C4C">
                              <w:rPr>
                                <w:sz w:val="16"/>
                                <w:szCs w:val="16"/>
                              </w:rPr>
                              <w:t>www.uplc.edu.mx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8607179" name="Imagen 8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06547" y="87782"/>
                          <a:ext cx="180975" cy="1809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9038544" name="Conector recto 12"/>
                      <wps:cNvCnPr/>
                      <wps:spPr>
                        <a:xfrm>
                          <a:off x="2024939" y="3368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8F6A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91208811" name="Conector recto 12"/>
                      <wps:cNvCnPr/>
                      <wps:spPr>
                        <a:xfrm>
                          <a:off x="2932024" y="3368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8F6A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79593237" name="Conector recto 12"/>
                      <wps:cNvCnPr/>
                      <wps:spPr>
                        <a:xfrm>
                          <a:off x="4058564" y="3368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8F6A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89802187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124358" y="29261"/>
                          <a:ext cx="18573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43854" w14:textId="7482D777" w:rsidR="00A55C4C" w:rsidRPr="00A55C4C" w:rsidRDefault="00A55C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55C4C">
                              <w:rPr>
                                <w:sz w:val="16"/>
                                <w:szCs w:val="16"/>
                              </w:rPr>
                              <w:t>Carretera La Orilla - La Mira KM 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+</w:t>
                            </w:r>
                            <w:r w:rsidRPr="00A55C4C">
                              <w:rPr>
                                <w:sz w:val="16"/>
                                <w:szCs w:val="16"/>
                              </w:rPr>
                              <w:t>56 Colonia: La Orilla C.P. 60998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C4AE5A" id="Grupo 10" o:spid="_x0000_s1026" style="position:absolute;margin-left:98.2pt;margin-top:-5pt;width:415.05pt;height:33.8pt;z-index:251666432" coordsize="52712,429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LI7fhAAAA/3RSTlM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" o:spid="_x0000_s1027" type="#_x0000_t75" style="position:absolute;left:41184;top:658;width:1619;height:161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">
                <v:imagedata r:id="rId7" o:title="" recolortarget="#203957 [1444]"/>
              </v:shape>
              <v:shape id="Imagen 10" o:spid="_x0000_s1028" type="#_x0000_t75" style="position:absolute;top:804;width:1314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">
                <v:imagedata r:id="rId8" o:title="" recolortarget="#203957 [1444]"/>
              </v:shape>
              <v:shape id="Imagen 9" o:spid="_x0000_s1029" type="#_x0000_t75" style="position:absolute;left:20848;top:658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">
                <v:imagedata r:id="rId9" o:title="" recolortarget="black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0" type="#_x0000_t202" style="position:absolute;left:21652;top:146;width:8478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" filled="f" stroked="f">
                <v:textbox>
                  <w:txbxContent>
                    <w:p w14:paraId="440B676B" w14:textId="41D4BB1D" w:rsidR="00A55C4C" w:rsidRPr="00A55C4C" w:rsidRDefault="00A55C4C" w:rsidP="00A55C4C">
                      <w:pPr>
                        <w:rPr>
                          <w:sz w:val="16"/>
                          <w:szCs w:val="16"/>
                        </w:rPr>
                      </w:pPr>
                      <w:r w:rsidRPr="00A55C4C">
                        <w:rPr>
                          <w:sz w:val="16"/>
                          <w:szCs w:val="16"/>
                        </w:rPr>
                        <w:t>753 130 6154</w:t>
                      </w:r>
                    </w:p>
                  </w:txbxContent>
                </v:textbox>
              </v:shape>
              <v:shape id="Cuadro de texto 2" o:spid="_x0000_s1031" type="#_x0000_t202" style="position:absolute;left:31674;width:8478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" filled="f" stroked="f">
                <v:textbox>
                  <w:txbxContent>
                    <w:p w14:paraId="478E82B6" w14:textId="2D4425AA" w:rsidR="00A55C4C" w:rsidRPr="00A55C4C" w:rsidRDefault="00A55C4C" w:rsidP="00A55C4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</w:t>
                      </w:r>
                      <w:r w:rsidRPr="00A55C4C">
                        <w:rPr>
                          <w:sz w:val="16"/>
                          <w:szCs w:val="16"/>
                        </w:rPr>
                        <w:t>nformacion@uplc.edu.mx</w:t>
                      </w:r>
                    </w:p>
                  </w:txbxContent>
                </v:textbox>
              </v:shape>
              <v:shape id="Cuadro de texto 2" o:spid="_x0000_s1032" type="#_x0000_t202" style="position:absolute;left:42793;top:146;width:9919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" filled="f" stroked="f">
                <v:textbox>
                  <w:txbxContent>
                    <w:p w14:paraId="0DDA571D" w14:textId="1BA4F05C" w:rsidR="00A55C4C" w:rsidRPr="00A55C4C" w:rsidRDefault="00A55C4C" w:rsidP="00A55C4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 w:rsidRPr="00A55C4C">
                        <w:rPr>
                          <w:sz w:val="16"/>
                          <w:szCs w:val="16"/>
                        </w:rPr>
                        <w:t>www.uplc.edu.mx</w:t>
                      </w:r>
                    </w:p>
                  </w:txbxContent>
                </v:textbox>
              </v:shape>
              <v:shape id="Imagen 8" o:spid="_x0000_s1033" type="#_x0000_t75" style="position:absolute;left:30065;top:877;width:1810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">
                <v:imagedata r:id="rId10" o:title="" recolortarget="#203957 [1444]"/>
              </v:shape>
              <v:line id="Conector recto 12" o:spid="_x0000_s1034" style="position:absolute;visibility:visible;mso-wrap-style:square" from="20249,336" to="20249,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" strokecolor="#1b8f6a" strokeweight="1.5pt">
                <v:shadow on="t" color="black" opacity="24903f" origin=",.5" offset="0,.55556mm"/>
              </v:line>
              <v:line id="Conector recto 12" o:spid="_x0000_s1035" style="position:absolute;visibility:visible;mso-wrap-style:square" from="29320,336" to="29320,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" strokecolor="#1b8f6a" strokeweight="1.5pt">
                <v:shadow on="t" color="black" opacity="24903f" origin=",.5" offset="0,.55556mm"/>
              </v:line>
              <v:line id="Conector recto 12" o:spid="_x0000_s1036" style="position:absolute;visibility:visible;mso-wrap-style:square" from="40585,336" to="40585,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" strokecolor="#1b8f6a" strokeweight="1.5pt">
                <v:shadow on="t" color="black" opacity="24903f" origin=",.5" offset="0,.55556mm"/>
              </v:line>
              <v:shape id="Cuadro de texto 2" o:spid="_x0000_s1037" type="#_x0000_t202" style="position:absolute;left:1243;top:292;width:18574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" filled="f" stroked="f">
                <v:textbox>
                  <w:txbxContent>
                    <w:p w14:paraId="76A43854" w14:textId="7482D777" w:rsidR="00A55C4C" w:rsidRPr="00A55C4C" w:rsidRDefault="00A55C4C">
                      <w:pPr>
                        <w:rPr>
                          <w:sz w:val="16"/>
                          <w:szCs w:val="16"/>
                        </w:rPr>
                      </w:pPr>
                      <w:r w:rsidRPr="00A55C4C">
                        <w:rPr>
                          <w:sz w:val="16"/>
                          <w:szCs w:val="16"/>
                        </w:rPr>
                        <w:t>Carretera La Orilla - La Mira KM 1</w:t>
                      </w:r>
                      <w:r>
                        <w:rPr>
                          <w:sz w:val="16"/>
                          <w:szCs w:val="16"/>
                        </w:rPr>
                        <w:t>+</w:t>
                      </w:r>
                      <w:r w:rsidRPr="00A55C4C">
                        <w:rPr>
                          <w:sz w:val="16"/>
                          <w:szCs w:val="16"/>
                        </w:rPr>
                        <w:t>56 Colonia: La Orilla C.P. 60998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2C971" w14:textId="77777777" w:rsidR="00886359" w:rsidRDefault="00886359" w:rsidP="00D90C05">
      <w:pPr>
        <w:spacing w:after="0" w:line="240" w:lineRule="auto"/>
      </w:pPr>
      <w:r>
        <w:separator/>
      </w:r>
    </w:p>
  </w:footnote>
  <w:footnote w:type="continuationSeparator" w:id="0">
    <w:p w14:paraId="75B93952" w14:textId="77777777" w:rsidR="00886359" w:rsidRDefault="00886359" w:rsidP="00D90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08ED6" w14:textId="1C59BD8C" w:rsidR="00D90C05" w:rsidRDefault="00E21BD8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C96187" wp14:editId="5B2E7257">
              <wp:simplePos x="0" y="0"/>
              <wp:positionH relativeFrom="column">
                <wp:posOffset>-616306</wp:posOffset>
              </wp:positionH>
              <wp:positionV relativeFrom="paragraph">
                <wp:posOffset>-245059</wp:posOffset>
              </wp:positionV>
              <wp:extent cx="6518402" cy="636905"/>
              <wp:effectExtent l="0" t="0" r="0" b="0"/>
              <wp:wrapNone/>
              <wp:docPr id="1563373306" name="Gru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402" cy="636905"/>
                        <a:chOff x="0" y="0"/>
                        <a:chExt cx="6518402" cy="636905"/>
                      </a:xfrm>
                    </wpg:grpSpPr>
                    <pic:pic xmlns:pic="http://schemas.openxmlformats.org/drawingml/2006/picture">
                      <pic:nvPicPr>
                        <pic:cNvPr id="1927190865" name="Imagen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040941" y="102413"/>
                          <a:ext cx="1799590" cy="497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69794517" name="Imagen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4360" cy="6369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27454453" name="Imagen 3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376672" y="65837"/>
                          <a:ext cx="1141730" cy="4806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27340866" name="Imagen 10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4030676" y="65837"/>
                          <a:ext cx="1066800" cy="533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52852C" id="Grupo 9" o:spid="_x0000_s1026" style="position:absolute;margin-left:-48.55pt;margin-top:-19.3pt;width:513.25pt;height:50.15pt;z-index:251659264" coordsize="65184,6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ozNjY0NzlhZS02ZDdkLTQ4NzItOTdhYi1iZTFjMmU3&#10;ZmU5YjU8L3N0RXZ0Omluc3RhbmNlSUQ+CiAgICAgICAgICAgICAgICAgIDxzdEV2dDp3aGVuPjIw&#10;MjAtMDUtMDRUMTA6MDk6MzMtMDU6MDA8L3N0RXZ0OndoZW4+CiAgICAgICAgICAgICAgICAgIDxz&#10;dEV2dDpzb2Z0d2FyZUFnZW50PkFkb2JlIElsbHVzdHJhdG9yIENDIDIzLjEgKE1hY2ludG9zaCk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left:20409;top:1024;width:17996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">
                <v:imagedata r:id="rId5" o:title=""/>
              </v:shape>
              <v:shape id="Imagen 2" o:spid="_x0000_s1028" type="#_x0000_t75" style="position:absolute;width:18643;height:6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">
                <v:imagedata r:id="rId6" o:title=""/>
              </v:shape>
              <v:shape id="Imagen 3" o:spid="_x0000_s1029" type="#_x0000_t75" style="position:absolute;left:53766;top:658;width:11418;height:4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">
                <v:imagedata r:id="rId7" o:title=""/>
              </v:shape>
              <v:shape id="Imagen 10" o:spid="_x0000_s1030" type="#_x0000_t75" style="position:absolute;left:40306;top:658;width:10668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">
                <v:imagedata r:id="rId8" o:title=""/>
              </v:shape>
            </v:group>
          </w:pict>
        </mc:Fallback>
      </mc:AlternateContent>
    </w:r>
    <w:r w:rsidR="00D90C05"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ACA62C4" wp14:editId="115F763F">
              <wp:simplePos x="0" y="0"/>
              <wp:positionH relativeFrom="column">
                <wp:posOffset>-568960</wp:posOffset>
              </wp:positionH>
              <wp:positionV relativeFrom="paragraph">
                <wp:posOffset>421640</wp:posOffset>
              </wp:positionV>
              <wp:extent cx="6512560" cy="0"/>
              <wp:effectExtent l="38100" t="38100" r="59690" b="95250"/>
              <wp:wrapNone/>
              <wp:docPr id="870097490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560" cy="0"/>
                      </a:xfrm>
                      <a:prstGeom prst="line">
                        <a:avLst/>
                      </a:prstGeom>
                      <a:ln>
                        <a:solidFill>
                          <a:srgbClr val="1B8F6A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2BCE3B" id="Conector recto 4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8pt,33.2pt" to="46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" strokecolor="#1b8f6a" strokeweight="2pt">
              <v:shadow on="t" color="black" opacity="24903f" origin=",.5" offset="0,.55556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833970">
    <w:abstractNumId w:val="8"/>
  </w:num>
  <w:num w:numId="2" w16cid:durableId="1641574817">
    <w:abstractNumId w:val="6"/>
  </w:num>
  <w:num w:numId="3" w16cid:durableId="1222866913">
    <w:abstractNumId w:val="5"/>
  </w:num>
  <w:num w:numId="4" w16cid:durableId="65303042">
    <w:abstractNumId w:val="4"/>
  </w:num>
  <w:num w:numId="5" w16cid:durableId="352418824">
    <w:abstractNumId w:val="7"/>
  </w:num>
  <w:num w:numId="6" w16cid:durableId="1167285567">
    <w:abstractNumId w:val="3"/>
  </w:num>
  <w:num w:numId="7" w16cid:durableId="1272318517">
    <w:abstractNumId w:val="2"/>
  </w:num>
  <w:num w:numId="8" w16cid:durableId="1012344617">
    <w:abstractNumId w:val="1"/>
  </w:num>
  <w:num w:numId="9" w16cid:durableId="148342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26CD"/>
    <w:rsid w:val="000D63DC"/>
    <w:rsid w:val="0015074B"/>
    <w:rsid w:val="001B6646"/>
    <w:rsid w:val="0020452A"/>
    <w:rsid w:val="00204917"/>
    <w:rsid w:val="00242357"/>
    <w:rsid w:val="0029476F"/>
    <w:rsid w:val="0029639D"/>
    <w:rsid w:val="00326F90"/>
    <w:rsid w:val="003C569C"/>
    <w:rsid w:val="003F1E31"/>
    <w:rsid w:val="00473D74"/>
    <w:rsid w:val="004E6165"/>
    <w:rsid w:val="0056710D"/>
    <w:rsid w:val="00583D20"/>
    <w:rsid w:val="005840A7"/>
    <w:rsid w:val="005E2652"/>
    <w:rsid w:val="006109CB"/>
    <w:rsid w:val="00665C82"/>
    <w:rsid w:val="006979A1"/>
    <w:rsid w:val="006F524C"/>
    <w:rsid w:val="00780C88"/>
    <w:rsid w:val="007B2A0A"/>
    <w:rsid w:val="007C3340"/>
    <w:rsid w:val="00801ECD"/>
    <w:rsid w:val="00860861"/>
    <w:rsid w:val="00886359"/>
    <w:rsid w:val="008A4B93"/>
    <w:rsid w:val="009404A2"/>
    <w:rsid w:val="009F7D4D"/>
    <w:rsid w:val="00A40FB0"/>
    <w:rsid w:val="00A4606E"/>
    <w:rsid w:val="00A55C4C"/>
    <w:rsid w:val="00AA1D8D"/>
    <w:rsid w:val="00B47730"/>
    <w:rsid w:val="00BD01EA"/>
    <w:rsid w:val="00CA24A3"/>
    <w:rsid w:val="00CB0664"/>
    <w:rsid w:val="00CE6867"/>
    <w:rsid w:val="00D16CC1"/>
    <w:rsid w:val="00D30241"/>
    <w:rsid w:val="00D4480F"/>
    <w:rsid w:val="00D75C98"/>
    <w:rsid w:val="00D90C05"/>
    <w:rsid w:val="00E027F1"/>
    <w:rsid w:val="00E21BD8"/>
    <w:rsid w:val="00E66523"/>
    <w:rsid w:val="00E70812"/>
    <w:rsid w:val="00F01E82"/>
    <w:rsid w:val="00F12E63"/>
    <w:rsid w:val="00FA72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90A8A4"/>
  <w14:defaultImageDpi w14:val="300"/>
  <w15:docId w15:val="{B9B9BE58-B441-4FE7-A309-E4CD9326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A55C4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5C4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F524C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F52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11.png"/><Relationship Id="rId7" Type="http://schemas.openxmlformats.org/officeDocument/2006/relationships/image" Target="media/image14.png"/><Relationship Id="rId2" Type="http://schemas.openxmlformats.org/officeDocument/2006/relationships/image" Target="media/image10.png"/><Relationship Id="rId1" Type="http://schemas.openxmlformats.org/officeDocument/2006/relationships/image" Target="media/image5.png"/><Relationship Id="rId6" Type="http://schemas.openxmlformats.org/officeDocument/2006/relationships/image" Target="media/image13.png"/><Relationship Id="rId5" Type="http://schemas.microsoft.com/office/2007/relationships/hdphoto" Target="media/hdphoto1.wdp"/><Relationship Id="rId10" Type="http://schemas.openxmlformats.org/officeDocument/2006/relationships/image" Target="media/image17.png"/><Relationship Id="rId4" Type="http://schemas.openxmlformats.org/officeDocument/2006/relationships/image" Target="media/image12.png"/><Relationship Id="rId9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3.png"/><Relationship Id="rId7" Type="http://schemas.openxmlformats.org/officeDocument/2006/relationships/image" Target="media/image8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anahi morelos</cp:lastModifiedBy>
  <cp:revision>4</cp:revision>
  <cp:lastPrinted>2026-06-15T19:53:00Z</cp:lastPrinted>
  <dcterms:created xsi:type="dcterms:W3CDTF">2026-07-14T17:42:00Z</dcterms:created>
  <dcterms:modified xsi:type="dcterms:W3CDTF">2026-07-14T17:49:00Z</dcterms:modified>
  <cp:category/>
</cp:coreProperties>
</file>